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74C" w:rsidRDefault="006F71AE" w:rsidP="006500F9">
      <w:pPr>
        <w:pStyle w:val="Title"/>
        <w:bidi/>
        <w:jc w:val="center"/>
      </w:pPr>
      <w:r>
        <w:rPr>
          <w:rFonts w:cs="Calibri"/>
          <w:rtl/>
        </w:rPr>
        <w:t>السيرة</w:t>
      </w:r>
      <w:r>
        <w:t xml:space="preserve"> </w:t>
      </w:r>
      <w:r>
        <w:rPr>
          <w:rFonts w:cs="Calibri"/>
          <w:rtl/>
        </w:rPr>
        <w:t>الذاتية</w:t>
      </w:r>
    </w:p>
    <w:p w:rsidR="00E0774C" w:rsidRDefault="0017212B" w:rsidP="006500F9">
      <w:pPr>
        <w:pStyle w:val="Heading1"/>
        <w:bidi/>
      </w:pPr>
      <w:r w:rsidRPr="0017212B">
        <w:rPr>
          <w:rFonts w:cs="Calibri"/>
          <w:noProof/>
          <w:rtl/>
        </w:rPr>
        <w:drawing>
          <wp:anchor distT="0" distB="0" distL="114300" distR="114300" simplePos="0" relativeHeight="251662336" behindDoc="0" locked="0" layoutInCell="1" allowOverlap="1" wp14:anchorId="1BDC0778" wp14:editId="631743A9">
            <wp:simplePos x="0" y="0"/>
            <wp:positionH relativeFrom="column">
              <wp:posOffset>-285750</wp:posOffset>
            </wp:positionH>
            <wp:positionV relativeFrom="paragraph">
              <wp:posOffset>123825</wp:posOffset>
            </wp:positionV>
            <wp:extent cx="1266825" cy="1266825"/>
            <wp:effectExtent l="323850" t="323850" r="333375" b="333375"/>
            <wp:wrapNone/>
            <wp:docPr id="6" name="Picture 6" descr="C:\Users\Windows 10\Desktop\WhatsApp Image 2025-09-13 at 11.22.57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 10\Desktop\WhatsApp Image 2025-09-13 at 11.22.57 AM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1AE">
        <w:rPr>
          <w:rFonts w:cs="Calibri"/>
          <w:rtl/>
        </w:rPr>
        <w:t>المعلومات</w:t>
      </w:r>
      <w:r w:rsidR="006F71AE">
        <w:t xml:space="preserve"> </w:t>
      </w:r>
      <w:r w:rsidR="006F71AE">
        <w:rPr>
          <w:rFonts w:cs="Calibri"/>
          <w:rtl/>
        </w:rPr>
        <w:t>الشخصية</w:t>
      </w:r>
      <w:r w:rsidR="006F71AE">
        <w:t xml:space="preserve"> </w:t>
      </w:r>
      <w:r w:rsidR="006F71AE">
        <w:rPr>
          <w:rFonts w:cs="Calibri"/>
          <w:rtl/>
        </w:rPr>
        <w:t>وبيانات</w:t>
      </w:r>
      <w:r w:rsidR="006F71AE">
        <w:t xml:space="preserve"> </w:t>
      </w:r>
      <w:r w:rsidR="006F71AE">
        <w:rPr>
          <w:rFonts w:cs="Calibri"/>
          <w:rtl/>
        </w:rPr>
        <w:t>التواصل</w:t>
      </w:r>
    </w:p>
    <w:p w:rsidR="00E0774C" w:rsidRDefault="006500F9" w:rsidP="006500F9">
      <w:pPr>
        <w:bidi/>
      </w:pPr>
      <w:r>
        <w:rPr>
          <w:rFonts w:cs="Arial" w:hint="cs"/>
          <w:szCs w:val="24"/>
          <w:rtl/>
        </w:rPr>
        <w:t xml:space="preserve">- </w:t>
      </w:r>
      <w:r w:rsidR="006F71AE">
        <w:rPr>
          <w:rFonts w:cs="Arial"/>
          <w:szCs w:val="24"/>
          <w:rtl/>
        </w:rPr>
        <w:t>الاسم</w:t>
      </w:r>
      <w:r w:rsidR="006F71AE">
        <w:t xml:space="preserve">: </w:t>
      </w:r>
      <w:r w:rsidR="006F71AE" w:rsidRPr="006500F9">
        <w:rPr>
          <w:rFonts w:cs="Arial"/>
          <w:b/>
          <w:bCs/>
          <w:sz w:val="32"/>
          <w:szCs w:val="32"/>
          <w:rtl/>
        </w:rPr>
        <w:t>حسن</w:t>
      </w:r>
      <w:r w:rsidR="006F71AE" w:rsidRPr="006500F9">
        <w:rPr>
          <w:b/>
          <w:bCs/>
          <w:sz w:val="32"/>
          <w:szCs w:val="28"/>
        </w:rPr>
        <w:t xml:space="preserve"> </w:t>
      </w:r>
      <w:r w:rsidR="006F71AE" w:rsidRPr="006500F9">
        <w:rPr>
          <w:rFonts w:cs="Arial"/>
          <w:b/>
          <w:bCs/>
          <w:sz w:val="32"/>
          <w:szCs w:val="32"/>
          <w:rtl/>
        </w:rPr>
        <w:t>الشاذلي</w:t>
      </w:r>
      <w:r w:rsidR="006F71AE" w:rsidRPr="006500F9">
        <w:rPr>
          <w:b/>
          <w:bCs/>
          <w:sz w:val="32"/>
          <w:szCs w:val="28"/>
        </w:rPr>
        <w:t xml:space="preserve"> </w:t>
      </w:r>
      <w:r w:rsidR="006F71AE" w:rsidRPr="006500F9">
        <w:rPr>
          <w:rFonts w:cs="Arial"/>
          <w:b/>
          <w:bCs/>
          <w:sz w:val="32"/>
          <w:szCs w:val="32"/>
          <w:rtl/>
        </w:rPr>
        <w:t>خضري</w:t>
      </w:r>
    </w:p>
    <w:p w:rsidR="00E0774C" w:rsidRDefault="006F71AE" w:rsidP="006500F9">
      <w:pPr>
        <w:bidi/>
      </w:pPr>
      <w:r>
        <w:rPr>
          <w:rFonts w:cs="Arial"/>
          <w:szCs w:val="24"/>
          <w:rtl/>
        </w:rPr>
        <w:t>الوظيفة</w:t>
      </w:r>
      <w:r>
        <w:t xml:space="preserve"> </w:t>
      </w:r>
      <w:r>
        <w:rPr>
          <w:rFonts w:cs="Arial"/>
          <w:szCs w:val="24"/>
          <w:rtl/>
        </w:rPr>
        <w:t>الحالية</w:t>
      </w:r>
      <w:r>
        <w:t xml:space="preserve">: </w:t>
      </w:r>
      <w:r w:rsidRPr="006500F9">
        <w:rPr>
          <w:rFonts w:cs="Arial"/>
          <w:b/>
          <w:bCs/>
          <w:szCs w:val="24"/>
          <w:rtl/>
        </w:rPr>
        <w:t>طبيب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مقيم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جراحة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المسالك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البولية</w:t>
      </w:r>
      <w:r w:rsidRPr="006500F9">
        <w:rPr>
          <w:b/>
          <w:bCs/>
        </w:rPr>
        <w:t xml:space="preserve"> – </w:t>
      </w:r>
      <w:r w:rsidRPr="006500F9">
        <w:rPr>
          <w:rFonts w:cs="Arial"/>
          <w:b/>
          <w:bCs/>
          <w:szCs w:val="24"/>
          <w:rtl/>
        </w:rPr>
        <w:t>مستشفيات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قنا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الجامعية</w:t>
      </w:r>
    </w:p>
    <w:p w:rsidR="00E0774C" w:rsidRPr="006500F9" w:rsidRDefault="006F71AE" w:rsidP="006500F9">
      <w:pPr>
        <w:bidi/>
        <w:rPr>
          <w:b/>
          <w:bCs/>
        </w:rPr>
      </w:pPr>
      <w:r>
        <w:rPr>
          <w:rFonts w:cs="Arial"/>
          <w:szCs w:val="24"/>
          <w:rtl/>
        </w:rPr>
        <w:t>رقم</w:t>
      </w:r>
      <w:r>
        <w:t xml:space="preserve"> </w:t>
      </w:r>
      <w:proofErr w:type="gramStart"/>
      <w:r w:rsidR="006500F9">
        <w:rPr>
          <w:rFonts w:cs="Arial" w:hint="cs"/>
          <w:szCs w:val="24"/>
          <w:rtl/>
        </w:rPr>
        <w:t>الهاتف :</w:t>
      </w:r>
      <w:proofErr w:type="gramEnd"/>
      <w:r w:rsidR="006500F9">
        <w:rPr>
          <w:rFonts w:cs="Arial" w:hint="cs"/>
          <w:szCs w:val="24"/>
          <w:rtl/>
        </w:rPr>
        <w:t xml:space="preserve"> </w:t>
      </w:r>
      <w:r w:rsidR="006500F9">
        <w:rPr>
          <w:rFonts w:hint="cs"/>
          <w:b/>
          <w:bCs/>
          <w:rtl/>
        </w:rPr>
        <w:t xml:space="preserve"> </w:t>
      </w:r>
      <w:r w:rsidR="006500F9" w:rsidRPr="006500F9">
        <w:rPr>
          <w:b/>
          <w:bCs/>
        </w:rPr>
        <w:t>01006769357</w:t>
      </w:r>
    </w:p>
    <w:p w:rsidR="00E0774C" w:rsidRDefault="006F71AE" w:rsidP="006500F9">
      <w:pPr>
        <w:bidi/>
      </w:pPr>
      <w:r w:rsidRPr="006500F9">
        <w:rPr>
          <w:rFonts w:cs="Arial"/>
          <w:b/>
          <w:bCs/>
          <w:szCs w:val="24"/>
          <w:rtl/>
        </w:rPr>
        <w:t>ا</w:t>
      </w:r>
      <w:r>
        <w:rPr>
          <w:rFonts w:cs="Arial"/>
          <w:szCs w:val="24"/>
          <w:rtl/>
        </w:rPr>
        <w:t>لبريد</w:t>
      </w:r>
      <w:r>
        <w:t xml:space="preserve"> </w:t>
      </w:r>
      <w:r>
        <w:rPr>
          <w:rFonts w:cs="Arial"/>
          <w:szCs w:val="24"/>
          <w:rtl/>
        </w:rPr>
        <w:t>الإلكتروني</w:t>
      </w:r>
      <w:r>
        <w:t xml:space="preserve">: </w:t>
      </w:r>
      <w:hyperlink r:id="rId7" w:history="1">
        <w:r w:rsidR="006500F9" w:rsidRPr="008C3CBB">
          <w:rPr>
            <w:rStyle w:val="Hyperlink"/>
          </w:rPr>
          <w:t>hassanelshazly67@gmail.com</w:t>
        </w:r>
      </w:hyperlink>
      <w:r w:rsidR="006500F9">
        <w:t xml:space="preserve"> :</w:t>
      </w:r>
      <w:r w:rsidR="006500F9">
        <w:rPr>
          <w:rFonts w:hint="cs"/>
          <w:rtl/>
        </w:rPr>
        <w:t xml:space="preserve">  </w:t>
      </w:r>
    </w:p>
    <w:p w:rsidR="00E0774C" w:rsidRDefault="006F71AE" w:rsidP="006500F9">
      <w:pPr>
        <w:bidi/>
        <w:rPr>
          <w:rFonts w:cs="Arial"/>
          <w:szCs w:val="24"/>
        </w:rPr>
      </w:pPr>
      <w:bookmarkStart w:id="0" w:name="_GoBack"/>
      <w:r>
        <w:rPr>
          <w:rFonts w:cs="Arial"/>
          <w:szCs w:val="24"/>
          <w:rtl/>
        </w:rPr>
        <w:t>العنوان</w:t>
      </w:r>
      <w:r>
        <w:t xml:space="preserve">: </w:t>
      </w:r>
      <w:r>
        <w:rPr>
          <w:rFonts w:cs="Arial"/>
          <w:szCs w:val="24"/>
          <w:rtl/>
        </w:rPr>
        <w:t>قنا</w:t>
      </w:r>
      <w:r>
        <w:t xml:space="preserve"> </w:t>
      </w:r>
      <w:bookmarkEnd w:id="0"/>
      <w:r>
        <w:t xml:space="preserve">– </w:t>
      </w:r>
      <w:r>
        <w:rPr>
          <w:rFonts w:cs="Arial"/>
          <w:szCs w:val="24"/>
          <w:rtl/>
        </w:rPr>
        <w:t>مصر</w:t>
      </w:r>
    </w:p>
    <w:p w:rsidR="005365DE" w:rsidRDefault="005365DE" w:rsidP="005365DE">
      <w:pPr>
        <w:bidi/>
        <w:rPr>
          <w:rFonts w:cs="Arial" w:hint="cs"/>
          <w:szCs w:val="24"/>
          <w:rtl/>
          <w:lang w:bidi="ar-EG"/>
        </w:rPr>
      </w:pPr>
      <w:r>
        <w:rPr>
          <w:rFonts w:cs="Arial" w:hint="cs"/>
          <w:szCs w:val="24"/>
          <w:rtl/>
          <w:lang w:bidi="ar-EG"/>
        </w:rPr>
        <w:t xml:space="preserve">تاريخ </w:t>
      </w:r>
      <w:proofErr w:type="gramStart"/>
      <w:r>
        <w:rPr>
          <w:rFonts w:cs="Arial" w:hint="cs"/>
          <w:szCs w:val="24"/>
          <w:rtl/>
          <w:lang w:bidi="ar-EG"/>
        </w:rPr>
        <w:t>الميلاد :</w:t>
      </w:r>
      <w:proofErr w:type="gramEnd"/>
      <w:r>
        <w:rPr>
          <w:rFonts w:cs="Arial" w:hint="cs"/>
          <w:szCs w:val="24"/>
          <w:rtl/>
          <w:lang w:bidi="ar-EG"/>
        </w:rPr>
        <w:t xml:space="preserve"> 28 </w:t>
      </w:r>
      <w:r>
        <w:rPr>
          <w:rFonts w:cs="Arial"/>
          <w:szCs w:val="24"/>
          <w:rtl/>
          <w:lang w:bidi="ar-EG"/>
        </w:rPr>
        <w:t>–</w:t>
      </w:r>
      <w:r>
        <w:rPr>
          <w:rFonts w:cs="Arial" w:hint="cs"/>
          <w:szCs w:val="24"/>
          <w:rtl/>
          <w:lang w:bidi="ar-EG"/>
        </w:rPr>
        <w:t xml:space="preserve"> 9 - 1996</w:t>
      </w:r>
    </w:p>
    <w:p w:rsidR="005365DE" w:rsidRDefault="005365DE" w:rsidP="005365DE">
      <w:pPr>
        <w:bidi/>
      </w:pPr>
      <w:r>
        <w:rPr>
          <w:rFonts w:cs="Arial"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5DB3956" wp14:editId="46335289">
                <wp:simplePos x="0" y="0"/>
                <wp:positionH relativeFrom="column">
                  <wp:posOffset>-742950</wp:posOffset>
                </wp:positionH>
                <wp:positionV relativeFrom="paragraph">
                  <wp:posOffset>212725</wp:posOffset>
                </wp:positionV>
                <wp:extent cx="6896100" cy="19050"/>
                <wp:effectExtent l="5715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A7811C" id="Straight Connector 1" o:spid="_x0000_s1026" style="position:absolute;flip:x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5pt,16.75pt" to="484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:rsidR="00E0774C" w:rsidRDefault="006F71AE" w:rsidP="006500F9">
      <w:pPr>
        <w:pStyle w:val="Heading1"/>
        <w:bidi/>
      </w:pPr>
      <w:r>
        <w:rPr>
          <w:rFonts w:cs="Calibri"/>
          <w:rtl/>
        </w:rPr>
        <w:t>المؤهلات</w:t>
      </w:r>
      <w:r>
        <w:t xml:space="preserve"> </w:t>
      </w:r>
      <w:r>
        <w:rPr>
          <w:rFonts w:cs="Calibri"/>
          <w:rtl/>
        </w:rPr>
        <w:t>العلمية</w:t>
      </w:r>
    </w:p>
    <w:p w:rsidR="00E0774C" w:rsidRPr="006500F9" w:rsidRDefault="006F71AE" w:rsidP="006500F9">
      <w:pPr>
        <w:pStyle w:val="ListParagraph"/>
        <w:numPr>
          <w:ilvl w:val="0"/>
          <w:numId w:val="11"/>
        </w:numPr>
        <w:bidi/>
        <w:spacing w:line="480" w:lineRule="auto"/>
        <w:rPr>
          <w:b/>
          <w:bCs/>
        </w:rPr>
      </w:pPr>
      <w:r w:rsidRPr="006500F9">
        <w:rPr>
          <w:rFonts w:cs="Arial"/>
          <w:b/>
          <w:bCs/>
          <w:szCs w:val="24"/>
          <w:rtl/>
        </w:rPr>
        <w:t>ماجستير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جراحة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المسالك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البولية</w:t>
      </w:r>
      <w:r w:rsidRPr="006500F9">
        <w:rPr>
          <w:b/>
          <w:bCs/>
        </w:rPr>
        <w:t xml:space="preserve"> – </w:t>
      </w:r>
      <w:r w:rsidRPr="006500F9">
        <w:rPr>
          <w:rFonts w:cs="Arial"/>
          <w:b/>
          <w:bCs/>
          <w:szCs w:val="24"/>
          <w:rtl/>
        </w:rPr>
        <w:t>الجزء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الأول،</w:t>
      </w:r>
      <w:r w:rsidRPr="006500F9">
        <w:rPr>
          <w:b/>
          <w:bCs/>
        </w:rPr>
        <w:t xml:space="preserve"> 2023</w:t>
      </w:r>
    </w:p>
    <w:p w:rsidR="00E0774C" w:rsidRPr="006500F9" w:rsidRDefault="006500F9" w:rsidP="006500F9">
      <w:pPr>
        <w:pStyle w:val="ListParagraph"/>
        <w:numPr>
          <w:ilvl w:val="0"/>
          <w:numId w:val="11"/>
        </w:numPr>
        <w:bidi/>
        <w:spacing w:line="480" w:lineRule="auto"/>
        <w:rPr>
          <w:b/>
          <w:bCs/>
        </w:rPr>
      </w:pPr>
      <w:r w:rsidRPr="006500F9"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A8E595" wp14:editId="117C5ED3">
                <wp:simplePos x="0" y="0"/>
                <wp:positionH relativeFrom="column">
                  <wp:posOffset>-742950</wp:posOffset>
                </wp:positionH>
                <wp:positionV relativeFrom="paragraph">
                  <wp:posOffset>285115</wp:posOffset>
                </wp:positionV>
                <wp:extent cx="6896100" cy="19050"/>
                <wp:effectExtent l="57150" t="38100" r="57150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61BB6C" id="Straight Connector 2" o:spid="_x0000_s1026" style="position:absolute;flip:x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5pt,22.45pt" to="484.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6F71AE" w:rsidRPr="006500F9">
        <w:rPr>
          <w:rFonts w:cs="Arial"/>
          <w:b/>
          <w:bCs/>
          <w:szCs w:val="24"/>
          <w:rtl/>
        </w:rPr>
        <w:t>بكالوريوس</w:t>
      </w:r>
      <w:r w:rsidR="006F71AE" w:rsidRPr="006500F9">
        <w:rPr>
          <w:b/>
          <w:bCs/>
        </w:rPr>
        <w:t xml:space="preserve"> </w:t>
      </w:r>
      <w:r w:rsidR="006F71AE" w:rsidRPr="006500F9">
        <w:rPr>
          <w:rFonts w:cs="Arial"/>
          <w:b/>
          <w:bCs/>
          <w:szCs w:val="24"/>
          <w:rtl/>
        </w:rPr>
        <w:t>الطب</w:t>
      </w:r>
      <w:r w:rsidR="006F71AE" w:rsidRPr="006500F9">
        <w:rPr>
          <w:b/>
          <w:bCs/>
        </w:rPr>
        <w:t xml:space="preserve"> </w:t>
      </w:r>
      <w:r w:rsidR="006F71AE" w:rsidRPr="006500F9">
        <w:rPr>
          <w:rFonts w:cs="Arial"/>
          <w:b/>
          <w:bCs/>
          <w:szCs w:val="24"/>
          <w:rtl/>
        </w:rPr>
        <w:t>والجراحة</w:t>
      </w:r>
      <w:r w:rsidR="006F71AE" w:rsidRPr="006500F9">
        <w:rPr>
          <w:b/>
          <w:bCs/>
        </w:rPr>
        <w:t xml:space="preserve"> </w:t>
      </w:r>
      <w:r w:rsidR="006F71AE" w:rsidRPr="006500F9">
        <w:rPr>
          <w:rFonts w:cs="Arial"/>
          <w:b/>
          <w:bCs/>
          <w:szCs w:val="24"/>
          <w:rtl/>
        </w:rPr>
        <w:t>العامة</w:t>
      </w:r>
      <w:r w:rsidR="006F71AE" w:rsidRPr="006500F9">
        <w:rPr>
          <w:b/>
          <w:bCs/>
        </w:rPr>
        <w:t xml:space="preserve"> – </w:t>
      </w:r>
      <w:r w:rsidR="006F71AE" w:rsidRPr="006500F9">
        <w:rPr>
          <w:rFonts w:cs="Arial"/>
          <w:b/>
          <w:bCs/>
          <w:szCs w:val="24"/>
          <w:rtl/>
        </w:rPr>
        <w:t>كلية</w:t>
      </w:r>
      <w:r w:rsidR="006F71AE" w:rsidRPr="006500F9">
        <w:rPr>
          <w:b/>
          <w:bCs/>
        </w:rPr>
        <w:t xml:space="preserve"> </w:t>
      </w:r>
      <w:r w:rsidR="006F71AE" w:rsidRPr="006500F9">
        <w:rPr>
          <w:rFonts w:cs="Arial"/>
          <w:b/>
          <w:bCs/>
          <w:szCs w:val="24"/>
          <w:rtl/>
        </w:rPr>
        <w:t>الطب،</w:t>
      </w:r>
      <w:r w:rsidR="006F71AE" w:rsidRPr="006500F9">
        <w:rPr>
          <w:b/>
          <w:bCs/>
        </w:rPr>
        <w:t xml:space="preserve"> </w:t>
      </w:r>
      <w:r w:rsidR="006F71AE" w:rsidRPr="006500F9">
        <w:rPr>
          <w:rFonts w:cs="Arial"/>
          <w:b/>
          <w:bCs/>
          <w:szCs w:val="24"/>
          <w:rtl/>
        </w:rPr>
        <w:t>جامعة</w:t>
      </w:r>
      <w:r w:rsidR="006F71AE" w:rsidRPr="006500F9">
        <w:rPr>
          <w:b/>
          <w:bCs/>
        </w:rPr>
        <w:t xml:space="preserve"> </w:t>
      </w:r>
      <w:r w:rsidR="006F71AE" w:rsidRPr="006500F9">
        <w:rPr>
          <w:rFonts w:cs="Arial"/>
          <w:b/>
          <w:bCs/>
          <w:szCs w:val="24"/>
          <w:rtl/>
        </w:rPr>
        <w:t>جنوب</w:t>
      </w:r>
      <w:r w:rsidR="006F71AE" w:rsidRPr="006500F9">
        <w:rPr>
          <w:b/>
          <w:bCs/>
        </w:rPr>
        <w:t xml:space="preserve"> </w:t>
      </w:r>
      <w:r w:rsidR="006F71AE" w:rsidRPr="006500F9">
        <w:rPr>
          <w:rFonts w:cs="Arial"/>
          <w:b/>
          <w:bCs/>
          <w:szCs w:val="24"/>
          <w:rtl/>
        </w:rPr>
        <w:t>الوادي،</w:t>
      </w:r>
      <w:r w:rsidR="006F71AE" w:rsidRPr="006500F9">
        <w:rPr>
          <w:b/>
          <w:bCs/>
        </w:rPr>
        <w:t xml:space="preserve"> 2020</w:t>
      </w:r>
    </w:p>
    <w:p w:rsidR="00E0774C" w:rsidRDefault="006F71AE" w:rsidP="006500F9">
      <w:pPr>
        <w:pStyle w:val="Heading1"/>
        <w:bidi/>
      </w:pPr>
      <w:r>
        <w:rPr>
          <w:rFonts w:cs="Calibri"/>
          <w:rtl/>
        </w:rPr>
        <w:t>الخبرات</w:t>
      </w:r>
      <w:r>
        <w:t xml:space="preserve"> </w:t>
      </w:r>
      <w:r>
        <w:rPr>
          <w:rFonts w:cs="Calibri"/>
          <w:rtl/>
        </w:rPr>
        <w:t>العملية</w:t>
      </w:r>
    </w:p>
    <w:p w:rsidR="00E0774C" w:rsidRPr="006500F9" w:rsidRDefault="006F71AE" w:rsidP="006500F9">
      <w:pPr>
        <w:pStyle w:val="ListParagraph"/>
        <w:numPr>
          <w:ilvl w:val="0"/>
          <w:numId w:val="10"/>
        </w:numPr>
        <w:bidi/>
        <w:spacing w:line="480" w:lineRule="auto"/>
        <w:rPr>
          <w:b/>
          <w:bCs/>
        </w:rPr>
      </w:pPr>
      <w:r w:rsidRPr="006500F9">
        <w:rPr>
          <w:rFonts w:cs="Arial"/>
          <w:b/>
          <w:bCs/>
          <w:szCs w:val="24"/>
          <w:rtl/>
        </w:rPr>
        <w:t>طبيب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مقيم</w:t>
      </w:r>
      <w:r w:rsidRPr="006500F9">
        <w:rPr>
          <w:b/>
          <w:bCs/>
        </w:rPr>
        <w:t xml:space="preserve"> – </w:t>
      </w:r>
      <w:r w:rsidRPr="006500F9">
        <w:rPr>
          <w:rFonts w:cs="Arial"/>
          <w:b/>
          <w:bCs/>
          <w:szCs w:val="24"/>
          <w:rtl/>
        </w:rPr>
        <w:t>جراحة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المسالك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البولية،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مستشفيات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قنا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الجامعية</w:t>
      </w:r>
      <w:r w:rsidRPr="006500F9">
        <w:rPr>
          <w:b/>
          <w:bCs/>
        </w:rPr>
        <w:t xml:space="preserve"> </w:t>
      </w:r>
      <w:r w:rsidR="006500F9" w:rsidRPr="006500F9">
        <w:rPr>
          <w:rFonts w:hint="cs"/>
          <w:b/>
          <w:bCs/>
          <w:rtl/>
        </w:rPr>
        <w:t xml:space="preserve"> </w:t>
      </w:r>
      <w:r w:rsidR="006500F9" w:rsidRPr="006500F9">
        <w:rPr>
          <w:b/>
          <w:bCs/>
        </w:rPr>
        <w:t xml:space="preserve">  </w:t>
      </w:r>
      <w:r w:rsidRPr="006500F9">
        <w:rPr>
          <w:b/>
          <w:bCs/>
        </w:rPr>
        <w:t xml:space="preserve">2022 – </w:t>
      </w:r>
      <w:r w:rsidR="006500F9" w:rsidRPr="006500F9">
        <w:rPr>
          <w:rFonts w:hint="cs"/>
          <w:b/>
          <w:bCs/>
          <w:rtl/>
          <w:lang w:bidi="ar-EG"/>
        </w:rPr>
        <w:t>و</w:t>
      </w:r>
      <w:r w:rsidRPr="006500F9">
        <w:rPr>
          <w:rFonts w:cs="Arial"/>
          <w:b/>
          <w:bCs/>
          <w:szCs w:val="24"/>
          <w:rtl/>
        </w:rPr>
        <w:t>حتى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الآن</w:t>
      </w:r>
    </w:p>
    <w:p w:rsidR="00E0774C" w:rsidRPr="006500F9" w:rsidRDefault="006500F9" w:rsidP="006500F9">
      <w:pPr>
        <w:pStyle w:val="ListParagraph"/>
        <w:numPr>
          <w:ilvl w:val="0"/>
          <w:numId w:val="10"/>
        </w:numPr>
        <w:bidi/>
        <w:spacing w:line="480" w:lineRule="auto"/>
        <w:rPr>
          <w:b/>
          <w:bCs/>
        </w:rPr>
      </w:pPr>
      <w:r w:rsidRPr="006500F9">
        <w:rPr>
          <w:noProof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E12CC8D" wp14:editId="723E1D21">
                <wp:simplePos x="0" y="0"/>
                <wp:positionH relativeFrom="column">
                  <wp:posOffset>-742950</wp:posOffset>
                </wp:positionH>
                <wp:positionV relativeFrom="paragraph">
                  <wp:posOffset>314960</wp:posOffset>
                </wp:positionV>
                <wp:extent cx="6896100" cy="19050"/>
                <wp:effectExtent l="57150" t="38100" r="57150" b="952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327489" id="Straight Connector 3" o:spid="_x0000_s1026" style="position:absolute;flip:x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5pt,24.8pt" to="484.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6F71AE" w:rsidRPr="006500F9">
        <w:rPr>
          <w:rFonts w:cs="Arial"/>
          <w:b/>
          <w:bCs/>
          <w:szCs w:val="24"/>
          <w:rtl/>
        </w:rPr>
        <w:t>طبيب</w:t>
      </w:r>
      <w:r w:rsidR="006F71AE" w:rsidRPr="006500F9">
        <w:rPr>
          <w:b/>
          <w:bCs/>
        </w:rPr>
        <w:t xml:space="preserve"> </w:t>
      </w:r>
      <w:r w:rsidR="006F71AE" w:rsidRPr="006500F9">
        <w:rPr>
          <w:rFonts w:cs="Arial"/>
          <w:b/>
          <w:bCs/>
          <w:szCs w:val="24"/>
          <w:rtl/>
        </w:rPr>
        <w:t>امتياز</w:t>
      </w:r>
      <w:r w:rsidR="006F71AE" w:rsidRPr="006500F9">
        <w:rPr>
          <w:b/>
          <w:bCs/>
        </w:rPr>
        <w:t xml:space="preserve"> – </w:t>
      </w:r>
      <w:r w:rsidR="006F71AE" w:rsidRPr="006500F9">
        <w:rPr>
          <w:rFonts w:cs="Arial"/>
          <w:b/>
          <w:bCs/>
          <w:szCs w:val="24"/>
          <w:rtl/>
        </w:rPr>
        <w:t>مستشفيات</w:t>
      </w:r>
      <w:r w:rsidR="006F71AE" w:rsidRPr="006500F9">
        <w:rPr>
          <w:b/>
          <w:bCs/>
        </w:rPr>
        <w:t xml:space="preserve"> </w:t>
      </w:r>
      <w:r w:rsidR="006F71AE" w:rsidRPr="006500F9">
        <w:rPr>
          <w:rFonts w:cs="Arial"/>
          <w:b/>
          <w:bCs/>
          <w:szCs w:val="24"/>
          <w:rtl/>
        </w:rPr>
        <w:t>قنا</w:t>
      </w:r>
      <w:r w:rsidR="006F71AE" w:rsidRPr="006500F9">
        <w:rPr>
          <w:b/>
          <w:bCs/>
        </w:rPr>
        <w:t xml:space="preserve"> </w:t>
      </w:r>
      <w:r w:rsidR="006F71AE" w:rsidRPr="006500F9">
        <w:rPr>
          <w:rFonts w:cs="Arial"/>
          <w:b/>
          <w:bCs/>
          <w:szCs w:val="24"/>
          <w:rtl/>
        </w:rPr>
        <w:t>الجامعية</w:t>
      </w:r>
      <w:r w:rsidR="006F71AE" w:rsidRPr="006500F9">
        <w:rPr>
          <w:b/>
          <w:bCs/>
        </w:rPr>
        <w:t xml:space="preserve"> (2020 – 2021)</w:t>
      </w:r>
      <w:r w:rsidRPr="006500F9">
        <w:rPr>
          <w:b/>
          <w:bCs/>
        </w:rPr>
        <w:t xml:space="preserve"> </w:t>
      </w:r>
    </w:p>
    <w:p w:rsidR="00E0774C" w:rsidRDefault="006F71AE" w:rsidP="006500F9">
      <w:pPr>
        <w:pStyle w:val="Heading1"/>
        <w:bidi/>
      </w:pPr>
      <w:r>
        <w:rPr>
          <w:rFonts w:cs="Calibri"/>
          <w:rtl/>
        </w:rPr>
        <w:t>المهارات</w:t>
      </w:r>
    </w:p>
    <w:p w:rsidR="00E0774C" w:rsidRPr="006500F9" w:rsidRDefault="006F71AE" w:rsidP="006500F9">
      <w:pPr>
        <w:bidi/>
        <w:rPr>
          <w:b/>
          <w:bCs/>
        </w:rPr>
      </w:pPr>
      <w:r w:rsidRPr="006500F9">
        <w:rPr>
          <w:b/>
          <w:bCs/>
        </w:rPr>
        <w:t xml:space="preserve">• </w:t>
      </w:r>
      <w:r w:rsidRPr="006500F9">
        <w:rPr>
          <w:rFonts w:cs="Arial"/>
          <w:b/>
          <w:bCs/>
          <w:szCs w:val="24"/>
          <w:rtl/>
        </w:rPr>
        <w:t>التشخيص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والعلاج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في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مجال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جراحة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المسالك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البولية</w:t>
      </w:r>
    </w:p>
    <w:p w:rsidR="00E0774C" w:rsidRPr="006500F9" w:rsidRDefault="006F71AE" w:rsidP="006500F9">
      <w:pPr>
        <w:bidi/>
        <w:rPr>
          <w:b/>
          <w:bCs/>
        </w:rPr>
      </w:pPr>
      <w:r w:rsidRPr="006500F9">
        <w:rPr>
          <w:b/>
          <w:bCs/>
        </w:rPr>
        <w:t xml:space="preserve">• </w:t>
      </w:r>
      <w:r w:rsidRPr="006500F9">
        <w:rPr>
          <w:rFonts w:cs="Arial"/>
          <w:b/>
          <w:bCs/>
          <w:szCs w:val="24"/>
          <w:rtl/>
        </w:rPr>
        <w:t>التعامل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مع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الحالات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الطارئة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والحرجة</w:t>
      </w:r>
    </w:p>
    <w:p w:rsidR="00E0774C" w:rsidRPr="006500F9" w:rsidRDefault="006F71AE" w:rsidP="006500F9">
      <w:pPr>
        <w:bidi/>
        <w:rPr>
          <w:b/>
          <w:bCs/>
        </w:rPr>
      </w:pPr>
      <w:r w:rsidRPr="006500F9">
        <w:rPr>
          <w:b/>
          <w:bCs/>
        </w:rPr>
        <w:t xml:space="preserve">• </w:t>
      </w:r>
      <w:r w:rsidRPr="006500F9">
        <w:rPr>
          <w:rFonts w:cs="Arial"/>
          <w:b/>
          <w:bCs/>
          <w:szCs w:val="24"/>
          <w:rtl/>
        </w:rPr>
        <w:t>مهارات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العمل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الجماعي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والتواصل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مع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الفريق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الطبي</w:t>
      </w:r>
    </w:p>
    <w:p w:rsidR="00E0774C" w:rsidRPr="006500F9" w:rsidRDefault="006500F9" w:rsidP="006500F9">
      <w:pPr>
        <w:bidi/>
        <w:rPr>
          <w:b/>
          <w:bCs/>
        </w:rPr>
      </w:pPr>
      <w:r w:rsidRPr="006500F9">
        <w:rPr>
          <w:rFonts w:cs="Arial"/>
          <w:b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0C06F35" wp14:editId="5177218A">
                <wp:simplePos x="0" y="0"/>
                <wp:positionH relativeFrom="column">
                  <wp:posOffset>-742950</wp:posOffset>
                </wp:positionH>
                <wp:positionV relativeFrom="paragraph">
                  <wp:posOffset>316865</wp:posOffset>
                </wp:positionV>
                <wp:extent cx="6896100" cy="19050"/>
                <wp:effectExtent l="57150" t="38100" r="57150" b="952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961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8217A3" id="Straight Connector 4" o:spid="_x0000_s1026" style="position:absolute;flip:x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5pt,24.95pt" to="484.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6F71AE" w:rsidRPr="006500F9">
        <w:rPr>
          <w:b/>
          <w:bCs/>
        </w:rPr>
        <w:t xml:space="preserve">• </w:t>
      </w:r>
      <w:r w:rsidR="006F71AE" w:rsidRPr="006500F9">
        <w:rPr>
          <w:rFonts w:cs="Arial"/>
          <w:b/>
          <w:bCs/>
          <w:szCs w:val="24"/>
          <w:rtl/>
        </w:rPr>
        <w:t>إتقان</w:t>
      </w:r>
      <w:r w:rsidR="006F71AE" w:rsidRPr="006500F9">
        <w:rPr>
          <w:b/>
          <w:bCs/>
        </w:rPr>
        <w:t xml:space="preserve"> </w:t>
      </w:r>
      <w:r w:rsidR="006F71AE" w:rsidRPr="006500F9">
        <w:rPr>
          <w:rFonts w:cs="Arial"/>
          <w:b/>
          <w:bCs/>
          <w:szCs w:val="24"/>
          <w:rtl/>
        </w:rPr>
        <w:t>أساسيات</w:t>
      </w:r>
      <w:r w:rsidR="006F71AE" w:rsidRPr="006500F9">
        <w:rPr>
          <w:b/>
          <w:bCs/>
        </w:rPr>
        <w:t xml:space="preserve"> </w:t>
      </w:r>
      <w:r w:rsidR="006F71AE" w:rsidRPr="006500F9">
        <w:rPr>
          <w:rFonts w:cs="Arial"/>
          <w:b/>
          <w:bCs/>
          <w:szCs w:val="24"/>
          <w:rtl/>
        </w:rPr>
        <w:t>البحث</w:t>
      </w:r>
      <w:r w:rsidR="006F71AE" w:rsidRPr="006500F9">
        <w:rPr>
          <w:b/>
          <w:bCs/>
        </w:rPr>
        <w:t xml:space="preserve"> </w:t>
      </w:r>
      <w:r w:rsidR="006F71AE" w:rsidRPr="006500F9">
        <w:rPr>
          <w:rFonts w:cs="Arial"/>
          <w:b/>
          <w:bCs/>
          <w:szCs w:val="24"/>
          <w:rtl/>
        </w:rPr>
        <w:t>العلمي</w:t>
      </w:r>
      <w:r w:rsidR="006F71AE" w:rsidRPr="006500F9">
        <w:rPr>
          <w:b/>
          <w:bCs/>
        </w:rPr>
        <w:t xml:space="preserve"> </w:t>
      </w:r>
      <w:r w:rsidR="006F71AE" w:rsidRPr="006500F9">
        <w:rPr>
          <w:rFonts w:cs="Arial"/>
          <w:b/>
          <w:bCs/>
          <w:szCs w:val="24"/>
          <w:rtl/>
        </w:rPr>
        <w:t>والعرض</w:t>
      </w:r>
      <w:r w:rsidR="006F71AE" w:rsidRPr="006500F9">
        <w:rPr>
          <w:b/>
          <w:bCs/>
        </w:rPr>
        <w:t xml:space="preserve"> </w:t>
      </w:r>
      <w:r w:rsidR="006F71AE" w:rsidRPr="006500F9">
        <w:rPr>
          <w:rFonts w:cs="Arial"/>
          <w:b/>
          <w:bCs/>
          <w:szCs w:val="24"/>
          <w:rtl/>
        </w:rPr>
        <w:t>الأكاديمي</w:t>
      </w:r>
    </w:p>
    <w:p w:rsidR="00E0774C" w:rsidRDefault="006F71AE" w:rsidP="006500F9">
      <w:pPr>
        <w:pStyle w:val="Heading1"/>
        <w:bidi/>
      </w:pPr>
      <w:r>
        <w:rPr>
          <w:rFonts w:cs="Calibri"/>
          <w:rtl/>
        </w:rPr>
        <w:lastRenderedPageBreak/>
        <w:t>اللغات</w:t>
      </w:r>
    </w:p>
    <w:p w:rsidR="00E0774C" w:rsidRPr="006500F9" w:rsidRDefault="006F71AE" w:rsidP="006500F9">
      <w:pPr>
        <w:bidi/>
        <w:rPr>
          <w:b/>
          <w:bCs/>
        </w:rPr>
      </w:pPr>
      <w:r w:rsidRPr="006500F9">
        <w:rPr>
          <w:rFonts w:cs="Arial"/>
          <w:b/>
          <w:bCs/>
          <w:szCs w:val="24"/>
          <w:rtl/>
        </w:rPr>
        <w:t>العربية</w:t>
      </w:r>
      <w:r w:rsidRPr="006500F9">
        <w:rPr>
          <w:b/>
          <w:bCs/>
        </w:rPr>
        <w:t xml:space="preserve">: </w:t>
      </w:r>
      <w:r w:rsidRPr="006500F9">
        <w:rPr>
          <w:rFonts w:cs="Arial"/>
          <w:b/>
          <w:bCs/>
          <w:szCs w:val="24"/>
          <w:rtl/>
        </w:rPr>
        <w:t>اللغة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الأم</w:t>
      </w:r>
    </w:p>
    <w:p w:rsidR="00E0774C" w:rsidRDefault="006F71AE" w:rsidP="006500F9">
      <w:pPr>
        <w:bidi/>
      </w:pPr>
      <w:r w:rsidRPr="006500F9">
        <w:rPr>
          <w:rFonts w:cs="Arial"/>
          <w:b/>
          <w:bCs/>
          <w:szCs w:val="24"/>
          <w:rtl/>
        </w:rPr>
        <w:t>الإنجليزية</w:t>
      </w:r>
      <w:r w:rsidRPr="006500F9">
        <w:rPr>
          <w:b/>
          <w:bCs/>
        </w:rPr>
        <w:t xml:space="preserve">: </w:t>
      </w:r>
      <w:r w:rsidRPr="006500F9">
        <w:rPr>
          <w:rFonts w:cs="Arial"/>
          <w:b/>
          <w:bCs/>
          <w:szCs w:val="24"/>
          <w:rtl/>
        </w:rPr>
        <w:t>جيد</w:t>
      </w:r>
      <w:r w:rsidRPr="006500F9">
        <w:rPr>
          <w:b/>
          <w:bCs/>
        </w:rPr>
        <w:t xml:space="preserve"> </w:t>
      </w:r>
      <w:r w:rsidRPr="006500F9">
        <w:rPr>
          <w:rFonts w:cs="Arial"/>
          <w:b/>
          <w:bCs/>
          <w:szCs w:val="24"/>
          <w:rtl/>
        </w:rPr>
        <w:t>جدًا</w:t>
      </w:r>
    </w:p>
    <w:sectPr w:rsidR="00E0774C" w:rsidSect="006F71AE">
      <w:pgSz w:w="12240" w:h="15840"/>
      <w:pgMar w:top="1440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C020185"/>
    <w:multiLevelType w:val="hybridMultilevel"/>
    <w:tmpl w:val="08029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D0245"/>
    <w:multiLevelType w:val="hybridMultilevel"/>
    <w:tmpl w:val="A1408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7212B"/>
    <w:rsid w:val="0029639D"/>
    <w:rsid w:val="00326F90"/>
    <w:rsid w:val="005365DE"/>
    <w:rsid w:val="006500F9"/>
    <w:rsid w:val="006F71AE"/>
    <w:rsid w:val="00AA1D8D"/>
    <w:rsid w:val="00B47730"/>
    <w:rsid w:val="00CB0664"/>
    <w:rsid w:val="00E0774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0067C6"/>
  <w14:defaultImageDpi w14:val="300"/>
  <w15:docId w15:val="{5209C30A-E810-4F10-B632-9DC4D5C2B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500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assanelshazly67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4F1629-5940-4CFC-B687-932EE163A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Maher</cp:lastModifiedBy>
  <cp:revision>6</cp:revision>
  <dcterms:created xsi:type="dcterms:W3CDTF">2013-12-23T23:15:00Z</dcterms:created>
  <dcterms:modified xsi:type="dcterms:W3CDTF">2025-09-13T08:26:00Z</dcterms:modified>
  <cp:category/>
</cp:coreProperties>
</file>